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0" w:before="120"/>
        <w:jc w:val="center"/>
      </w:pPr>
      <w:r>
        <w:rPr>
          <w:rFonts w:ascii="맑은 고딕" w:hAnsi="맑은 고딕" w:eastAsia="맑은 고딕"/>
          <w:b/>
          <w:i w:val="0"/>
          <w:sz w:val="44"/>
        </w:rPr>
        <w:t>사 직 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1474"/>
            <w:vAlign w:val="center"/>
            <w:shd w:val="clear" w:color="auto" w:fill="F2F2F2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1"/>
              </w:rPr>
              <w:t>소속</w:t>
            </w:r>
          </w:p>
        </w:tc>
        <w:tc>
          <w:tcPr>
            <w:tcW w:type="dxa" w:w="3345"/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21"/>
              </w:rPr>
              <w:t>[ ]</w:t>
            </w:r>
          </w:p>
        </w:tc>
        <w:tc>
          <w:tcPr>
            <w:tcW w:type="dxa" w:w="1474"/>
            <w:vAlign w:val="center"/>
            <w:shd w:val="clear" w:color="auto" w:fill="F2F2F2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1"/>
              </w:rPr>
              <w:t>직위</w:t>
            </w:r>
          </w:p>
        </w:tc>
        <w:tc>
          <w:tcPr>
            <w:tcW w:type="dxa" w:w="3345"/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21"/>
              </w:rPr>
              <w:t>[ ]</w:t>
            </w:r>
          </w:p>
        </w:tc>
      </w:tr>
      <w:tr>
        <w:tc>
          <w:tcPr>
            <w:tcW w:type="dxa" w:w="1474"/>
            <w:vAlign w:val="center"/>
            <w:shd w:val="clear" w:color="auto" w:fill="F2F2F2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1"/>
              </w:rPr>
              <w:t>성명</w:t>
            </w:r>
          </w:p>
        </w:tc>
        <w:tc>
          <w:tcPr>
            <w:tcW w:type="dxa" w:w="3345"/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21"/>
              </w:rPr>
              <w:t>[ ]</w:t>
            </w:r>
          </w:p>
        </w:tc>
        <w:tc>
          <w:tcPr>
            <w:tcW w:type="dxa" w:w="1474"/>
            <w:vAlign w:val="center"/>
            <w:shd w:val="clear" w:color="auto" w:fill="F2F2F2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1"/>
              </w:rPr>
              <w:t>입사일</w:t>
            </w:r>
          </w:p>
        </w:tc>
        <w:tc>
          <w:tcPr>
            <w:tcW w:type="dxa" w:w="3345"/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21"/>
              </w:rPr>
              <w:t>20[ ]년 [ ]월 [ ]일</w:t>
            </w:r>
          </w:p>
        </w:tc>
      </w:tr>
    </w:tbl>
    <w:p>
      <w:pPr>
        <w:spacing w:after="200" w:before="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1474"/>
            <w:vAlign w:val="center"/>
            <w:shd w:val="clear" w:color="auto" w:fill="F2F2F2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1"/>
              </w:rPr>
              <w:t>퇴사 예정일</w:t>
            </w:r>
          </w:p>
        </w:tc>
        <w:tc>
          <w:tcPr>
            <w:tcW w:type="dxa" w:w="3345"/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21"/>
              </w:rPr>
              <w:t>20[ ]년 [ ]월 [ ]일</w:t>
            </w:r>
          </w:p>
        </w:tc>
        <w:tc>
          <w:tcPr>
            <w:tcW w:type="dxa" w:w="1474"/>
            <w:vAlign w:val="center"/>
            <w:shd w:val="clear" w:color="auto" w:fill="F2F2F2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1"/>
              </w:rPr>
              <w:t>사유</w:t>
            </w:r>
          </w:p>
        </w:tc>
        <w:tc>
          <w:tcPr>
            <w:tcW w:type="dxa" w:w="3345"/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21"/>
              </w:rPr>
              <w:t>일신상의 사유</w:t>
            </w:r>
          </w:p>
        </w:tc>
      </w:tr>
    </w:tbl>
    <w:p>
      <w:pPr>
        <w:spacing w:after="280" w:before="0"/>
      </w:pPr>
      <w:r>
        <w:rPr>
          <w:rFonts w:ascii="맑은 고딕" w:hAnsi="맑은 고딕" w:eastAsia="맑은 고딕"/>
          <w:b w:val="0"/>
          <w:i/>
          <w:color w:val="787878"/>
          <w:sz w:val="19"/>
        </w:rPr>
        <w:t>※ 사유는 기본값(일신상의 사유) 대신 괄호 안에 구체적인 사유(예: 개인 사업, 이직, 건강 등)로 바꿔 적어도 됩니다.</w:t>
      </w:r>
    </w:p>
    <w:p>
      <w:pPr>
        <w:spacing w:after="600" w:before="160"/>
      </w:pPr>
      <w:r>
        <w:rPr>
          <w:rFonts w:ascii="맑은 고딕" w:hAnsi="맑은 고딕" w:eastAsia="맑은 고딕"/>
          <w:b w:val="0"/>
          <w:i w:val="0"/>
          <w:sz w:val="23"/>
        </w:rPr>
        <w:t>위 본인은 위와 같은 사유로 [퇴사 예정일]자로 퇴사하고자 하오니 재가하여 주시기 바랍니다.</w:t>
      </w:r>
    </w:p>
    <w:p>
      <w:pPr>
        <w:spacing w:after="160" w:before="0"/>
        <w:jc w:val="center"/>
      </w:pPr>
      <w:r>
        <w:rPr>
          <w:rFonts w:ascii="맑은 고딕" w:hAnsi="맑은 고딕" w:eastAsia="맑은 고딕"/>
          <w:b w:val="0"/>
          <w:i w:val="0"/>
          <w:sz w:val="22"/>
        </w:rPr>
        <w:t>작성일: 20[ ]년 [ ]월 [ ]일</w:t>
      </w:r>
    </w:p>
    <w:p>
      <w:pPr>
        <w:spacing w:after="480" w:before="0"/>
        <w:jc w:val="center"/>
      </w:pPr>
      <w:r>
        <w:rPr>
          <w:rFonts w:ascii="맑은 고딕" w:hAnsi="맑은 고딕" w:eastAsia="맑은 고딕"/>
          <w:b w:val="0"/>
          <w:i w:val="0"/>
          <w:sz w:val="22"/>
        </w:rPr>
        <w:t>성명: [ ]   (서명 또는 인)</w:t>
      </w:r>
    </w:p>
    <w:p>
      <w:pPr>
        <w:spacing w:after="120" w:before="200"/>
        <w:jc w:val="center"/>
      </w:pPr>
      <w:r>
        <w:rPr>
          <w:rFonts w:ascii="맑은 고딕" w:hAnsi="맑은 고딕" w:eastAsia="맑은 고딕"/>
          <w:b/>
          <w:i w:val="0"/>
          <w:sz w:val="26"/>
        </w:rPr>
        <w:t>대표이사 귀하</w:t>
      </w:r>
    </w:p>
    <w:p>
      <w:r>
        <w:br w:type="page"/>
      </w:r>
    </w:p>
    <w:p>
      <w:pPr>
        <w:spacing w:after="120" w:before="0"/>
      </w:pPr>
      <w:r>
        <w:rPr>
          <w:rFonts w:ascii="맑은 고딕" w:hAnsi="맑은 고딕" w:eastAsia="맑은 고딕"/>
          <w:b w:val="0"/>
          <w:i/>
          <w:color w:val="787878"/>
          <w:sz w:val="18"/>
        </w:rPr>
        <w:t>※ 아래 박스는 실무 안내용이며 인쇄 전 삭제해도 됩니다.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7E6E6"/>
          </w:tcPr>
          <w:p>
            <w:pPr>
              <w:spacing w:after="120"/>
            </w:pPr>
            <w:r/>
            <w:r>
              <w:rPr>
                <w:rFonts w:ascii="맑은 고딕" w:hAnsi="맑은 고딕" w:eastAsia="맑은 고딕"/>
                <w:b/>
                <w:i w:val="0"/>
                <w:sz w:val="23"/>
              </w:rPr>
              <w:t>[사직서] 작성 요령</w:t>
            </w:r>
          </w:p>
          <w:p>
            <w:pPr>
              <w:spacing w:after="80"/>
            </w:pPr>
            <w:r>
              <w:rPr>
                <w:rFonts w:ascii="맑은 고딕" w:hAnsi="맑은 고딕" w:eastAsia="맑은 고딕"/>
                <w:b w:val="0"/>
                <w:i w:val="0"/>
                <w:sz w:val="20"/>
              </w:rPr>
              <w:t>· 제출 전 마지막 근무일, 연차 정산, 인수인계 일정을 부서장과 먼저 조율하세요.</w:t>
            </w:r>
          </w:p>
          <w:p>
            <w:pPr>
              <w:spacing w:after="80"/>
            </w:pPr>
            <w:r>
              <w:rPr>
                <w:rFonts w:ascii="맑은 고딕" w:hAnsi="맑은 고딕" w:eastAsia="맑은 고딕"/>
                <w:b w:val="0"/>
                <w:i w:val="0"/>
                <w:sz w:val="20"/>
              </w:rPr>
              <w:t>· 회사 취업규칙상 통상 30일 전 통보 등 사직 예고 기간 규정이 있는지 확인하세요.</w:t>
            </w:r>
          </w:p>
          <w:p>
            <w:pPr>
              <w:spacing w:after="80"/>
            </w:pPr>
            <w:r>
              <w:rPr>
                <w:rFonts w:ascii="맑은 고딕" w:hAnsi="맑은 고딕" w:eastAsia="맑은 고딕"/>
                <w:b w:val="0"/>
                <w:i w:val="0"/>
                <w:sz w:val="20"/>
              </w:rPr>
              <w:t>· 퇴직금·4대보험 상실 신고·경력증명서 발급 절차를 인사팀에 문의해두면 좋습니다.</w:t>
            </w:r>
          </w:p>
          <w:p>
            <w:pPr>
              <w:spacing w:after="80"/>
            </w:pPr>
            <w:r>
              <w:rPr>
                <w:rFonts w:ascii="맑은 고딕" w:hAnsi="맑은 고딕" w:eastAsia="맑은 고딕"/>
                <w:b w:val="0"/>
                <w:i w:val="0"/>
                <w:sz w:val="20"/>
              </w:rPr>
              <w:t>· 사유는 굳이 구체적으로 밝히지 않아도 되며 '일신상의 사유'로 충분합니다.</w:t>
            </w:r>
          </w:p>
          <w:p>
            <w:pPr>
              <w:spacing w:after="80"/>
            </w:pPr>
            <w:r>
              <w:rPr>
                <w:rFonts w:ascii="맑은 고딕" w:hAnsi="맑은 고딕" w:eastAsia="맑은 고딕"/>
                <w:b w:val="0"/>
                <w:i w:val="0"/>
                <w:sz w:val="20"/>
              </w:rPr>
              <w:t>· 이메일이 아닌 서면(또는 사내 결재 시스템)으로 정식 제출 기록을 남기세요.</w:t>
            </w:r>
          </w:p>
          <w:p>
            <w:pPr>
              <w:spacing w:after="80"/>
            </w:pPr>
            <w:r>
              <w:rPr>
                <w:rFonts w:ascii="맑은 고딕" w:hAnsi="맑은 고딕" w:eastAsia="맑은 고딕"/>
                <w:b w:val="0"/>
                <w:i w:val="0"/>
                <w:sz w:val="20"/>
              </w:rPr>
              <w:t>· ※ 법적 판단이 필요한 사항은 단정하지 말고 회사 취업규칙·인사 규정을 먼저 확인하세요.</w:t>
            </w:r>
          </w:p>
        </w:tc>
      </w:tr>
    </w:tbl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사직서 양식 (워드)</dc:title>
  <dc:subject/>
  <dc:creator>일잘툴닷컴</dc:creator>
  <cp:keywords/>
  <dc:description/>
  <cp:lastModifiedBy>일잘툴닷컴</cp:lastModifiedBy>
  <cp:revision>1</cp:revision>
  <dcterms:created xsi:type="dcterms:W3CDTF">2026-09-26T00:00:00Z</dcterms:created>
  <dcterms:modified xsi:type="dcterms:W3CDTF">2026-09-26T00:00:00Z</dcterms:modified>
  <cp:category/>
</cp:coreProperties>
</file>